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34CD" w:rsidRPr="00370504" w:rsidRDefault="00631AA7" w:rsidP="0037050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0504">
        <w:rPr>
          <w:rFonts w:ascii="TH SarabunPSK" w:hAnsi="TH SarabunPSK" w:cs="TH SarabunPSK"/>
          <w:b/>
          <w:bCs/>
          <w:sz w:val="32"/>
          <w:szCs w:val="32"/>
        </w:rPr>
        <w:t>แบบฟอร์มรายงานความก้าวหน้า</w:t>
      </w:r>
      <w:r w:rsidR="0037050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โครงการเงินรายได้</w:t>
      </w:r>
      <w:r w:rsidRPr="00370504">
        <w:rPr>
          <w:rFonts w:ascii="TH SarabunPSK" w:hAnsi="TH SarabunPSK" w:cs="TH SarabunPSK"/>
          <w:b/>
          <w:bCs/>
          <w:sz w:val="32"/>
          <w:szCs w:val="32"/>
        </w:rPr>
        <w:t>ของคณะ/หน่วยงาน</w:t>
      </w:r>
    </w:p>
    <w:p w:rsidR="00F134CD" w:rsidRPr="00370504" w:rsidRDefault="00631AA7" w:rsidP="00370504">
      <w:pPr>
        <w:rPr>
          <w:rFonts w:ascii="TH SarabunPSK" w:hAnsi="TH SarabunPSK" w:cs="TH SarabunPSK" w:hint="cs"/>
          <w:sz w:val="32"/>
          <w:szCs w:val="32"/>
          <w:lang w:bidi="th-TH"/>
        </w:rPr>
      </w:pPr>
      <w:r w:rsidRPr="00370504">
        <w:rPr>
          <w:rFonts w:ascii="TH SarabunPSK" w:hAnsi="TH SarabunPSK" w:cs="TH SarabunPSK"/>
          <w:sz w:val="32"/>
          <w:szCs w:val="32"/>
        </w:rPr>
        <w:t xml:space="preserve">ประจำเดือน: </w:t>
      </w:r>
      <w:r w:rsidR="008F2A05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</w:t>
      </w:r>
    </w:p>
    <w:p w:rsidR="00F134CD" w:rsidRPr="00370504" w:rsidRDefault="00631AA7" w:rsidP="00370504">
      <w:pPr>
        <w:rPr>
          <w:rFonts w:ascii="TH SarabunPSK" w:hAnsi="TH SarabunPSK" w:cs="TH SarabunPSK" w:hint="cs"/>
          <w:sz w:val="32"/>
          <w:szCs w:val="32"/>
          <w:lang w:bidi="th-TH"/>
        </w:rPr>
      </w:pPr>
      <w:r w:rsidRPr="00370504">
        <w:rPr>
          <w:rFonts w:ascii="TH SarabunPSK" w:hAnsi="TH SarabunPSK" w:cs="TH SarabunPSK"/>
          <w:sz w:val="32"/>
          <w:szCs w:val="32"/>
        </w:rPr>
        <w:t xml:space="preserve">ชื่อคณะ/หน่วยงาน: </w:t>
      </w:r>
      <w:r w:rsidR="008F2A05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</w:t>
      </w:r>
    </w:p>
    <w:p w:rsidR="00F134CD" w:rsidRPr="008F2A05" w:rsidRDefault="005664C5" w:rsidP="00370504">
      <w:pPr>
        <w:rPr>
          <w:rFonts w:ascii="TH SarabunPSK" w:hAnsi="TH SarabunPSK" w:cs="TH SarabunPSK" w:hint="cs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ตาราง</w:t>
      </w:r>
      <w:r w:rsidR="00631AA7" w:rsidRPr="008F2A05">
        <w:rPr>
          <w:rFonts w:ascii="TH SarabunPSK" w:hAnsi="TH SarabunPSK" w:cs="TH SarabunPSK"/>
          <w:b/>
          <w:bCs/>
          <w:sz w:val="32"/>
          <w:szCs w:val="32"/>
        </w:rPr>
        <w:t xml:space="preserve">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631AA7" w:rsidRPr="008F2A0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631AA7" w:rsidRPr="008F2A05">
        <w:rPr>
          <w:rFonts w:ascii="TH SarabunPSK" w:hAnsi="TH SarabunPSK" w:cs="TH SarabunPSK"/>
          <w:b/>
          <w:bCs/>
          <w:sz w:val="32"/>
          <w:szCs w:val="32"/>
        </w:rPr>
        <w:t>รายงานผ</w:t>
      </w:r>
      <w:bookmarkStart w:id="0" w:name="_GoBack"/>
      <w:bookmarkEnd w:id="0"/>
      <w:r w:rsidR="00631AA7" w:rsidRPr="008F2A05">
        <w:rPr>
          <w:rFonts w:ascii="TH SarabunPSK" w:hAnsi="TH SarabunPSK" w:cs="TH SarabunPSK"/>
          <w:b/>
          <w:bCs/>
          <w:sz w:val="32"/>
          <w:szCs w:val="32"/>
        </w:rPr>
        <w:t>ลการดำเนินโครงการ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ปีงบประมาณ 2568</w:t>
      </w:r>
    </w:p>
    <w:tbl>
      <w:tblPr>
        <w:tblW w:w="1516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992"/>
        <w:gridCol w:w="1134"/>
        <w:gridCol w:w="1134"/>
        <w:gridCol w:w="1276"/>
        <w:gridCol w:w="992"/>
        <w:gridCol w:w="567"/>
        <w:gridCol w:w="992"/>
        <w:gridCol w:w="709"/>
        <w:gridCol w:w="709"/>
        <w:gridCol w:w="709"/>
        <w:gridCol w:w="992"/>
        <w:gridCol w:w="992"/>
        <w:gridCol w:w="709"/>
        <w:gridCol w:w="992"/>
      </w:tblGrid>
      <w:tr w:rsidR="00F17920" w:rsidRPr="00F17920" w:rsidTr="00F17920">
        <w:trPr>
          <w:trHeight w:val="46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179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179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ชื่อโครงการ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179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หัวหน้าโครงการ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Default="00F17920" w:rsidP="00F179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งบ</w:t>
            </w:r>
          </w:p>
          <w:p w:rsidR="00F17920" w:rsidRPr="00F17920" w:rsidRDefault="00F17920" w:rsidP="00F179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ประมาณ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179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วันที่ทำสัญญา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วันที่สิ้นสุดตามสัญญา</w:t>
            </w: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 (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30ก.ย.</w:t>
            </w: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68)</w:t>
            </w:r>
          </w:p>
        </w:tc>
        <w:tc>
          <w:tcPr>
            <w:tcW w:w="737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179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สถานะ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179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ปัญหา/อุปสรรค (ถ้ามี)</w:t>
            </w:r>
          </w:p>
        </w:tc>
      </w:tr>
      <w:tr w:rsidR="00F17920" w:rsidRPr="00F17920" w:rsidTr="00F17920">
        <w:trPr>
          <w:trHeight w:val="232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Default="00F17920" w:rsidP="00F179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ปิด</w:t>
            </w:r>
          </w:p>
          <w:p w:rsidR="00F17920" w:rsidRPr="00F17920" w:rsidRDefault="00F17920" w:rsidP="00F179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179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คืนทุน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179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กำลังเก็บข้อมูล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179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เบิกงวดที่</w:t>
            </w: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 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179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เบิกงวดที่</w:t>
            </w: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 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179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เบิกงวดที่</w:t>
            </w: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Default="00F17920" w:rsidP="00F179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ส่งเล่มสมบูรณ์แล้ว </w:t>
            </w:r>
          </w:p>
          <w:p w:rsidR="00F17920" w:rsidRPr="00F17920" w:rsidRDefault="00F17920" w:rsidP="00F179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ยังไม่ตีพิมพ์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179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อ</w:t>
            </w: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ยู่ในระหว่างดำเนิน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br/>
            </w: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กา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ร</w:t>
            </w: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นำส่งบทความตีพิมพ์</w:t>
            </w: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179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ขอขยายระยะเวลา</w:t>
            </w: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</w:tr>
      <w:tr w:rsidR="00F17920" w:rsidRPr="00F17920" w:rsidTr="00F17920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</w:tr>
      <w:tr w:rsidR="00F17920" w:rsidRPr="00F17920" w:rsidTr="00F17920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</w:tr>
      <w:tr w:rsidR="00F17920" w:rsidRPr="00F17920" w:rsidTr="00F17920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</w:tr>
      <w:tr w:rsidR="00F17920" w:rsidRPr="00F17920" w:rsidTr="00F17920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</w:tr>
      <w:tr w:rsidR="00F17920" w:rsidRPr="00F17920" w:rsidTr="00F17920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</w:tr>
      <w:tr w:rsidR="00F17920" w:rsidRPr="00F17920" w:rsidTr="00F17920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</w:tr>
      <w:tr w:rsidR="00F17920" w:rsidRPr="00F17920" w:rsidTr="00F17920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</w:tr>
      <w:tr w:rsidR="00F17920" w:rsidRPr="00F17920" w:rsidTr="00F17920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</w:tr>
      <w:tr w:rsidR="00F17920" w:rsidRPr="00F17920" w:rsidTr="00F17920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17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</w:tr>
    </w:tbl>
    <w:p w:rsidR="005664C5" w:rsidRDefault="005664C5" w:rsidP="005664C5">
      <w:pPr>
        <w:rPr>
          <w:rFonts w:ascii="TH SarabunPSK" w:hAnsi="TH SarabunPSK" w:cs="TH SarabunPSK" w:hint="cs"/>
          <w:b/>
          <w:bCs/>
          <w:sz w:val="32"/>
          <w:szCs w:val="32"/>
          <w:lang w:bidi="th-TH"/>
        </w:rPr>
      </w:pPr>
    </w:p>
    <w:p w:rsidR="00B776B2" w:rsidRDefault="00B776B2" w:rsidP="005664C5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664C5" w:rsidRPr="008F2A05" w:rsidRDefault="005664C5" w:rsidP="005664C5">
      <w:pPr>
        <w:rPr>
          <w:rFonts w:ascii="TH SarabunPSK" w:hAnsi="TH SarabunPSK" w:cs="TH SarabunPSK" w:hint="cs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ตาราง</w:t>
      </w:r>
      <w:r w:rsidRPr="008F2A05">
        <w:rPr>
          <w:rFonts w:ascii="TH SarabunPSK" w:hAnsi="TH SarabunPSK" w:cs="TH SarabunPSK"/>
          <w:b/>
          <w:bCs/>
          <w:sz w:val="32"/>
          <w:szCs w:val="32"/>
        </w:rPr>
        <w:t xml:space="preserve">ที่ </w:t>
      </w:r>
      <w:r w:rsidR="007B739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8F2A05">
        <w:rPr>
          <w:rFonts w:ascii="TH SarabunPSK" w:hAnsi="TH SarabunPSK" w:cs="TH SarabunPSK"/>
          <w:b/>
          <w:bCs/>
          <w:sz w:val="32"/>
          <w:szCs w:val="32"/>
        </w:rPr>
        <w:t>: รายงานผลการดำเนินโครงการ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ปีงบประมาณ 256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7</w:t>
      </w:r>
    </w:p>
    <w:tbl>
      <w:tblPr>
        <w:tblW w:w="1516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992"/>
        <w:gridCol w:w="1134"/>
        <w:gridCol w:w="1134"/>
        <w:gridCol w:w="1276"/>
        <w:gridCol w:w="992"/>
        <w:gridCol w:w="567"/>
        <w:gridCol w:w="992"/>
        <w:gridCol w:w="709"/>
        <w:gridCol w:w="709"/>
        <w:gridCol w:w="709"/>
        <w:gridCol w:w="992"/>
        <w:gridCol w:w="992"/>
        <w:gridCol w:w="709"/>
        <w:gridCol w:w="992"/>
      </w:tblGrid>
      <w:tr w:rsidR="00F17920" w:rsidRPr="00F17920" w:rsidTr="00F17920">
        <w:trPr>
          <w:trHeight w:val="46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0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0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ชื่อโครงการ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0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หัวหน้าโครงการ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Default="00F17920" w:rsidP="00F0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งบ</w:t>
            </w:r>
          </w:p>
          <w:p w:rsidR="00F17920" w:rsidRPr="00F17920" w:rsidRDefault="00F17920" w:rsidP="00F0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ประมาณ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0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วันที่ทำสัญญา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วันที่สิ้นสุดตามสัญญา</w:t>
            </w: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 (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ส.ค. </w:t>
            </w: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68)</w:t>
            </w:r>
          </w:p>
        </w:tc>
        <w:tc>
          <w:tcPr>
            <w:tcW w:w="737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0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สถานะ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0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ปัญหา/อุปสรรค (ถ้ามี)</w:t>
            </w:r>
          </w:p>
        </w:tc>
      </w:tr>
      <w:tr w:rsidR="00F17920" w:rsidRPr="00F17920" w:rsidTr="00F17920">
        <w:trPr>
          <w:trHeight w:val="232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Default="00F17920" w:rsidP="00F0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ปิด</w:t>
            </w:r>
          </w:p>
          <w:p w:rsidR="00F17920" w:rsidRPr="00F17920" w:rsidRDefault="00F17920" w:rsidP="00F0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0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คืนทุน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0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กำลังเก็บข้อมูล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0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เบิกงวดที่</w:t>
            </w: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 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0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เบิกงวดที่</w:t>
            </w: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 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0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เบิกงวดที่</w:t>
            </w: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Default="00F17920" w:rsidP="00F0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ส่งเล่มสมบูรณ์แล้ว </w:t>
            </w:r>
          </w:p>
          <w:p w:rsidR="00F17920" w:rsidRPr="00F17920" w:rsidRDefault="00F17920" w:rsidP="00F0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ยังไม่ตีพิมพ์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0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อ</w:t>
            </w: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ยู่ในระหว่างดำเนิน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br/>
            </w: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กา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ร</w:t>
            </w: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นำส่งบทความตีพิมพ์</w:t>
            </w: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0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ขอขยายระยะเวลา</w:t>
            </w:r>
            <w:r w:rsidRPr="00F179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</w:tr>
      <w:tr w:rsidR="00F17920" w:rsidRPr="00F17920" w:rsidTr="00F17920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</w:tr>
      <w:tr w:rsidR="00F17920" w:rsidRPr="00F17920" w:rsidTr="00F17920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</w:tr>
      <w:tr w:rsidR="00F17920" w:rsidRPr="00F17920" w:rsidTr="00F17920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</w:tr>
      <w:tr w:rsidR="00F17920" w:rsidRPr="00F17920" w:rsidTr="00F17920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</w:tr>
      <w:tr w:rsidR="00F17920" w:rsidRPr="00F17920" w:rsidTr="00F17920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</w:tr>
      <w:tr w:rsidR="00F17920" w:rsidRPr="00F17920" w:rsidTr="00F17920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</w:tr>
      <w:tr w:rsidR="00F17920" w:rsidRPr="00F17920" w:rsidTr="00F17920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</w:tr>
      <w:tr w:rsidR="00F17920" w:rsidRPr="00F17920" w:rsidTr="00F17920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</w:tr>
      <w:tr w:rsidR="00F17920" w:rsidRPr="00F17920" w:rsidTr="00F17920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920" w:rsidRPr="00F17920" w:rsidRDefault="00F17920" w:rsidP="00F061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bidi="th-TH"/>
              </w:rPr>
            </w:pPr>
            <w:r w:rsidRPr="00F17920">
              <w:rPr>
                <w:rFonts w:ascii="Arial" w:eastAsia="Times New Roman" w:hAnsi="Arial" w:cs="Arial"/>
                <w:color w:val="000000"/>
                <w:lang w:bidi="th-TH"/>
              </w:rPr>
              <w:t> </w:t>
            </w:r>
          </w:p>
        </w:tc>
      </w:tr>
    </w:tbl>
    <w:p w:rsidR="00F17920" w:rsidRDefault="00F17920" w:rsidP="003705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134CD" w:rsidRPr="008F2A05" w:rsidRDefault="00631AA7" w:rsidP="00370504">
      <w:pPr>
        <w:rPr>
          <w:rFonts w:ascii="TH SarabunPSK" w:hAnsi="TH SarabunPSK" w:cs="TH SarabunPSK"/>
          <w:b/>
          <w:bCs/>
          <w:sz w:val="32"/>
          <w:szCs w:val="32"/>
        </w:rPr>
      </w:pPr>
      <w:r w:rsidRPr="008F2A05">
        <w:rPr>
          <w:rFonts w:ascii="TH SarabunPSK" w:hAnsi="TH SarabunPSK" w:cs="TH SarabunPSK"/>
          <w:b/>
          <w:bCs/>
          <w:sz w:val="32"/>
          <w:szCs w:val="32"/>
        </w:rPr>
        <w:t>ผู้รายงาน:</w:t>
      </w:r>
    </w:p>
    <w:p w:rsidR="00F134CD" w:rsidRPr="00370504" w:rsidRDefault="00631AA7" w:rsidP="00370504">
      <w:pPr>
        <w:rPr>
          <w:rFonts w:ascii="TH SarabunPSK" w:hAnsi="TH SarabunPSK" w:cs="TH SarabunPSK" w:hint="cs"/>
          <w:sz w:val="32"/>
          <w:szCs w:val="32"/>
          <w:lang w:bidi="th-TH"/>
        </w:rPr>
      </w:pPr>
      <w:r w:rsidRPr="00370504">
        <w:rPr>
          <w:rFonts w:ascii="TH SarabunPSK" w:hAnsi="TH SarabunPSK" w:cs="TH SarabunPSK"/>
          <w:sz w:val="32"/>
          <w:szCs w:val="32"/>
        </w:rPr>
        <w:t xml:space="preserve">ชื่อ-สกุล: </w:t>
      </w:r>
      <w:r w:rsidR="00370504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</w:t>
      </w:r>
    </w:p>
    <w:p w:rsidR="00F134CD" w:rsidRPr="00370504" w:rsidRDefault="00631AA7" w:rsidP="00370504">
      <w:pPr>
        <w:rPr>
          <w:rFonts w:ascii="TH SarabunPSK" w:hAnsi="TH SarabunPSK" w:cs="TH SarabunPSK" w:hint="cs"/>
          <w:sz w:val="32"/>
          <w:szCs w:val="32"/>
          <w:lang w:bidi="th-TH"/>
        </w:rPr>
      </w:pPr>
      <w:r w:rsidRPr="00370504">
        <w:rPr>
          <w:rFonts w:ascii="TH SarabunPSK" w:hAnsi="TH SarabunPSK" w:cs="TH SarabunPSK"/>
          <w:sz w:val="32"/>
          <w:szCs w:val="32"/>
        </w:rPr>
        <w:t xml:space="preserve">ตำแหน่ง: </w:t>
      </w:r>
      <w:r w:rsidR="00370504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</w:t>
      </w:r>
    </w:p>
    <w:p w:rsidR="00F134CD" w:rsidRPr="00370504" w:rsidRDefault="00631AA7" w:rsidP="00370504">
      <w:pPr>
        <w:rPr>
          <w:rFonts w:ascii="TH SarabunPSK" w:hAnsi="TH SarabunPSK" w:cs="TH SarabunPSK" w:hint="cs"/>
          <w:sz w:val="32"/>
          <w:szCs w:val="32"/>
          <w:lang w:bidi="th-TH"/>
        </w:rPr>
      </w:pPr>
      <w:r w:rsidRPr="00370504">
        <w:rPr>
          <w:rFonts w:ascii="TH SarabunPSK" w:hAnsi="TH SarabunPSK" w:cs="TH SarabunPSK"/>
          <w:sz w:val="32"/>
          <w:szCs w:val="32"/>
        </w:rPr>
        <w:t xml:space="preserve">วันที่รายงาน: </w:t>
      </w:r>
      <w:r w:rsidR="00370504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</w:t>
      </w:r>
    </w:p>
    <w:sectPr w:rsidR="00F134CD" w:rsidRPr="00370504" w:rsidSect="00F17920">
      <w:headerReference w:type="default" r:id="rId8"/>
      <w:pgSz w:w="15840" w:h="12240" w:orient="landscape"/>
      <w:pgMar w:top="567" w:right="709" w:bottom="568" w:left="1134" w:header="397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1AA7" w:rsidRDefault="00631AA7" w:rsidP="005664C5">
      <w:pPr>
        <w:spacing w:after="0" w:line="240" w:lineRule="auto"/>
      </w:pPr>
      <w:r>
        <w:separator/>
      </w:r>
    </w:p>
  </w:endnote>
  <w:endnote w:type="continuationSeparator" w:id="0">
    <w:p w:rsidR="00631AA7" w:rsidRDefault="00631AA7" w:rsidP="00566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1AA7" w:rsidRDefault="00631AA7" w:rsidP="005664C5">
      <w:pPr>
        <w:spacing w:after="0" w:line="240" w:lineRule="auto"/>
      </w:pPr>
      <w:r>
        <w:separator/>
      </w:r>
    </w:p>
  </w:footnote>
  <w:footnote w:type="continuationSeparator" w:id="0">
    <w:p w:rsidR="00631AA7" w:rsidRDefault="00631AA7" w:rsidP="005664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64C5" w:rsidRPr="00944C86" w:rsidRDefault="005664C5" w:rsidP="005664C5">
    <w:pPr>
      <w:pStyle w:val="a5"/>
      <w:jc w:val="right"/>
    </w:pPr>
    <w:r w:rsidRPr="00F40605">
      <w:rPr>
        <w:noProof/>
        <w:cs/>
      </w:rPr>
      <w:drawing>
        <wp:anchor distT="0" distB="0" distL="114300" distR="114300" simplePos="0" relativeHeight="251664896" behindDoc="0" locked="0" layoutInCell="1" allowOverlap="1" wp14:anchorId="5EB966E4" wp14:editId="09AD15D1">
          <wp:simplePos x="0" y="0"/>
          <wp:positionH relativeFrom="column">
            <wp:posOffset>7976929</wp:posOffset>
          </wp:positionH>
          <wp:positionV relativeFrom="paragraph">
            <wp:posOffset>-70715</wp:posOffset>
          </wp:positionV>
          <wp:extent cx="349073" cy="468000"/>
          <wp:effectExtent l="0" t="0" r="0" b="8255"/>
          <wp:wrapNone/>
          <wp:docPr id="33" name="รูปภาพ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073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s/>
      </w:rPr>
      <w:drawing>
        <wp:inline distT="0" distB="0" distL="0" distR="0" wp14:anchorId="502AB65C" wp14:editId="11A2D38C">
          <wp:extent cx="560086" cy="396000"/>
          <wp:effectExtent l="0" t="0" r="0" b="4445"/>
          <wp:docPr id="34" name="รูปภาพ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86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664C5" w:rsidRDefault="005664C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33A44"/>
    <w:rsid w:val="0029639D"/>
    <w:rsid w:val="00326F90"/>
    <w:rsid w:val="00370504"/>
    <w:rsid w:val="0037657B"/>
    <w:rsid w:val="00483368"/>
    <w:rsid w:val="005664C5"/>
    <w:rsid w:val="006266B4"/>
    <w:rsid w:val="00631AA7"/>
    <w:rsid w:val="007B739E"/>
    <w:rsid w:val="00861CED"/>
    <w:rsid w:val="008F2A05"/>
    <w:rsid w:val="00AA1D8D"/>
    <w:rsid w:val="00B030A1"/>
    <w:rsid w:val="00B47730"/>
    <w:rsid w:val="00B776B2"/>
    <w:rsid w:val="00CB0664"/>
    <w:rsid w:val="00F134CD"/>
    <w:rsid w:val="00F17920"/>
    <w:rsid w:val="00F857B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94B98A"/>
  <w14:defaultImageDpi w14:val="330"/>
  <w15:docId w15:val="{C23B7265-1912-483B-99B6-3BC875E9C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หัวเรื่อง 1 อักขระ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หัวเรื่อง 2 อักขระ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หัวเรื่อง 3 อักขระ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ชื่อเรื่อง อักขระ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ชื่อเรื่องรอง อักขระ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เนื้อความ อักขระ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เนื้อความ 2 อักขระ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เนื้อความ 3 อักขระ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ข้อความแมโคร อักขระ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คำอ้างอิง อักขระ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หัวเรื่อง 4 อักขระ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หัวเรื่อง 6 อักขระ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หัวเรื่อง 7 อักขระ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หัวเรื่อง 8 อักขระ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หัวเรื่อง 9 อักขระ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afa">
    <w:name w:val="Intense Quote"/>
    <w:basedOn w:val="a1"/>
    <w:next w:val="a1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ทำให้คำอ้างอิงเป็นสีเข้มขึ้น อักขระ"/>
    <w:basedOn w:val="a2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1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2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3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4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5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6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7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8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9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59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F3FDEF-B6EA-47E9-B7C7-9A103657C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261</Words>
  <Characters>1493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1751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jirarat</cp:lastModifiedBy>
  <cp:revision>4</cp:revision>
  <cp:lastPrinted>2025-05-13T07:28:00Z</cp:lastPrinted>
  <dcterms:created xsi:type="dcterms:W3CDTF">2013-12-23T23:15:00Z</dcterms:created>
  <dcterms:modified xsi:type="dcterms:W3CDTF">2025-05-13T09:07:00Z</dcterms:modified>
  <cp:category/>
</cp:coreProperties>
</file>